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📚 חוברת 3 – טקסטים 21–30 · חנ״מ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מאגר טקסטים לכיתה ט׳ – הבנת הנקרא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בחוברת עשרה טקסטים. בתחילתה מהדורה למורה (מפתח תשובות ומחוון), ואחריה דפי העבודה לתלמידים לפי הסדר.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תוכן החוברת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21 · </w:t>
      </w:r>
      <w:r>
        <w:rPr>
          <w:rFonts w:ascii="Arial" w:hAnsi="Arial" w:cs="Arial"/>
          <w:b w:val="0"/>
          <w:sz w:val="22"/>
          <w:rtl w:val="1"/>
          <w:szCs w:val="22"/>
        </w:rPr>
        <w:t>📺 עוד פרק אחד, ועוד אחד… (טור דעה)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22 · </w:t>
      </w:r>
      <w:r>
        <w:rPr>
          <w:rFonts w:ascii="Arial" w:hAnsi="Arial" w:cs="Arial"/>
          <w:b w:val="0"/>
          <w:sz w:val="22"/>
          <w:rtl w:val="1"/>
          <w:szCs w:val="22"/>
        </w:rPr>
        <w:t>🌡️ כדור הארץ מתחמם – ומה אנחנו יכולים לעשות? (טקסט מדעי)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23 · </w:t>
      </w:r>
      <w:r>
        <w:rPr>
          <w:rFonts w:ascii="Arial" w:hAnsi="Arial" w:cs="Arial"/>
          <w:b w:val="0"/>
          <w:sz w:val="22"/>
          <w:rtl w:val="1"/>
          <w:szCs w:val="22"/>
        </w:rPr>
        <w:t>🎰 ״כסף קל״ שעולה ביוקר (כתבה)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24 · </w:t>
      </w:r>
      <w:r>
        <w:rPr>
          <w:rFonts w:ascii="Arial" w:hAnsi="Arial" w:cs="Arial"/>
          <w:b w:val="0"/>
          <w:sz w:val="22"/>
          <w:rtl w:val="1"/>
          <w:szCs w:val="22"/>
        </w:rPr>
        <w:t>📰 ״כתבת נוער זה לא תחביב – זו אחריות״ (ראיון)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25 · </w:t>
      </w:r>
      <w:r>
        <w:rPr>
          <w:rFonts w:ascii="Arial" w:hAnsi="Arial" w:cs="Arial"/>
          <w:b w:val="0"/>
          <w:sz w:val="22"/>
          <w:rtl w:val="1"/>
          <w:szCs w:val="22"/>
        </w:rPr>
        <w:t>🌱 מהפסקה לפרויקט: נוער שמשנה את השכונה (כתבה)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26 · </w:t>
      </w:r>
      <w:r>
        <w:rPr>
          <w:rFonts w:ascii="Arial" w:hAnsi="Arial" w:cs="Arial"/>
          <w:b w:val="0"/>
          <w:sz w:val="22"/>
          <w:rtl w:val="1"/>
          <w:szCs w:val="22"/>
        </w:rPr>
        <w:t>🎧 הבס בחזה, הצפצוף באוזן (טקסט מידעי)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27 · </w:t>
      </w:r>
      <w:r>
        <w:rPr>
          <w:rFonts w:ascii="Arial" w:hAnsi="Arial" w:cs="Arial"/>
          <w:b w:val="0"/>
          <w:sz w:val="22"/>
          <w:rtl w:val="1"/>
          <w:szCs w:val="22"/>
        </w:rPr>
        <w:t>♿ ״אל תגידו לי שאני גיבורה. תגידו לי שאני טובה״ (ראיון)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28 · </w:t>
      </w:r>
      <w:r>
        <w:rPr>
          <w:rFonts w:ascii="Arial" w:hAnsi="Arial" w:cs="Arial"/>
          <w:b w:val="0"/>
          <w:sz w:val="22"/>
          <w:rtl w:val="1"/>
          <w:szCs w:val="22"/>
        </w:rPr>
        <w:t>🗣️ אחי, זה מטורף: למה כל דור ממציא שפה משלו? (טקסט מידעי)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29 · </w:t>
      </w:r>
      <w:r>
        <w:rPr>
          <w:rFonts w:ascii="Arial" w:hAnsi="Arial" w:cs="Arial"/>
          <w:b w:val="0"/>
          <w:sz w:val="22"/>
          <w:rtl w:val="1"/>
          <w:szCs w:val="22"/>
        </w:rPr>
        <w:t>🔬 שאלה אחת, חצי שנה, ומה שלמדתי בדרך (כתבה)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טקסט 30 · </w:t>
      </w:r>
      <w:r>
        <w:rPr>
          <w:rFonts w:ascii="Arial" w:hAnsi="Arial" w:cs="Arial"/>
          <w:b w:val="0"/>
          <w:sz w:val="22"/>
          <w:rtl w:val="1"/>
          <w:szCs w:val="22"/>
        </w:rPr>
        <w:t>✉️ מכתב לעצמי – לפתוח בעוד עשר שנים (סיפור קצר)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עוד פרק אחד, ועוד אחד…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טור דעה · כיתה ט׳ · טכנולוגיה ורשת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 קרה לכותב בשיעור? · </w:t>
      </w:r>
      <w:r>
        <w:rPr>
          <w:rFonts w:ascii="Arial" w:hAnsi="Arial" w:cs="Arial"/>
          <w:b w:val="0"/>
          <w:sz w:val="22"/>
          <w:rtl w:val="1"/>
          <w:szCs w:val="22"/>
        </w:rPr>
        <w:t>הוא נרדם.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האם הכותב אוהב סדרות? · </w:t>
      </w:r>
      <w:r>
        <w:rPr>
          <w:rFonts w:ascii="Arial" w:hAnsi="Arial" w:cs="Arial"/>
          <w:b w:val="0"/>
          <w:sz w:val="22"/>
          <w:rtl w:val="1"/>
          <w:szCs w:val="22"/>
        </w:rPr>
        <w:t>כן.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איך נראים בני נוער בסדרות? · </w:t>
      </w:r>
      <w:r>
        <w:rPr>
          <w:rFonts w:ascii="Arial" w:hAnsi="Arial" w:cs="Arial"/>
          <w:b w:val="0"/>
          <w:sz w:val="22"/>
          <w:rtl w:val="1"/>
          <w:szCs w:val="22"/>
        </w:rPr>
        <w:t>יפים ועשירים.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מה קרה לכותב אחרי לילה של פרקים? · </w:t>
      </w:r>
      <w:r>
        <w:rPr>
          <w:rFonts w:ascii="Arial" w:hAnsi="Arial" w:cs="Arial"/>
          <w:b w:val="0"/>
          <w:sz w:val="22"/>
          <w:rtl w:val="1"/>
          <w:szCs w:val="22"/>
        </w:rPr>
        <w:t>ג. נרדם בשיעור מתמטיקה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מה, לפי הכותב, הסדרות מלמדות ״בשקט״? · </w:t>
      </w:r>
      <w:r>
        <w:rPr>
          <w:rFonts w:ascii="Arial" w:hAnsi="Arial" w:cs="Arial"/>
          <w:b w:val="0"/>
          <w:sz w:val="22"/>
          <w:rtl w:val="1"/>
          <w:szCs w:val="22"/>
        </w:rPr>
        <w:t>א. איך ״אמור״ להיראות העולם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למה קשה לעצור? · </w:t>
      </w:r>
      <w:r>
        <w:rPr>
          <w:rFonts w:ascii="Arial" w:hAnsi="Arial" w:cs="Arial"/>
          <w:b w:val="0"/>
          <w:sz w:val="22"/>
          <w:rtl w:val="1"/>
          <w:szCs w:val="22"/>
        </w:rPr>
        <w:t>הפרק נגמר במתח והבא מתחיל לבד.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הכלל הראשון של הכותב? · </w:t>
      </w:r>
      <w:r>
        <w:rPr>
          <w:rFonts w:ascii="Arial" w:hAnsi="Arial" w:cs="Arial"/>
          <w:b w:val="0"/>
          <w:sz w:val="22"/>
          <w:rtl w:val="1"/>
          <w:szCs w:val="22"/>
        </w:rPr>
        <w:t>להחליט מראש כמה פרקים.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כדור הארץ מתחמם – ומה אנחנו יכולים לעשות?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מדעי · כיתה ט׳ · סביבה וצרכנות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למה משולים גזי החממה? · </w:t>
      </w:r>
      <w:r>
        <w:rPr>
          <w:rFonts w:ascii="Arial" w:hAnsi="Arial" w:cs="Arial"/>
          <w:b w:val="0"/>
          <w:sz w:val="22"/>
          <w:rtl w:val="1"/>
          <w:szCs w:val="22"/>
        </w:rPr>
        <w:t>לשמיכה.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מה גורם להתחממות? · </w:t>
      </w:r>
      <w:r>
        <w:rPr>
          <w:rFonts w:ascii="Arial" w:hAnsi="Arial" w:cs="Arial"/>
          <w:b w:val="0"/>
          <w:sz w:val="22"/>
          <w:rtl w:val="1"/>
          <w:szCs w:val="22"/>
        </w:rPr>
        <w:t>שריפת פחם, נפט וגז.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קורה לקרחונים? · </w:t>
      </w:r>
      <w:r>
        <w:rPr>
          <w:rFonts w:ascii="Arial" w:hAnsi="Arial" w:cs="Arial"/>
          <w:b w:val="0"/>
          <w:sz w:val="22"/>
          <w:rtl w:val="1"/>
          <w:szCs w:val="22"/>
        </w:rPr>
        <w:t>הם נמסים.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למה משמשים גזי החממה בטקסט? · </w:t>
      </w:r>
      <w:r>
        <w:rPr>
          <w:rFonts w:ascii="Arial" w:hAnsi="Arial" w:cs="Arial"/>
          <w:b w:val="0"/>
          <w:sz w:val="22"/>
          <w:rtl w:val="1"/>
          <w:szCs w:val="22"/>
        </w:rPr>
        <w:t>א. לשמיכה שלוכדת חום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גורם לשמיכה ״להתעבות״? · </w:t>
      </w:r>
      <w:r>
        <w:rPr>
          <w:rFonts w:ascii="Arial" w:hAnsi="Arial" w:cs="Arial"/>
          <w:b w:val="0"/>
          <w:sz w:val="22"/>
          <w:rtl w:val="1"/>
          <w:szCs w:val="22"/>
        </w:rPr>
        <w:t>ב. שריפת פחם, נפט וגז, כריתת יערות ומשקים גדולים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קורה בישראל? · </w:t>
      </w:r>
      <w:r>
        <w:rPr>
          <w:rFonts w:ascii="Arial" w:hAnsi="Arial" w:cs="Arial"/>
          <w:b w:val="0"/>
          <w:sz w:val="22"/>
          <w:rtl w:val="1"/>
          <w:szCs w:val="22"/>
        </w:rPr>
        <w:t>קיצים חמים יותר.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אפשר לעשות? (דבר אחד) · </w:t>
      </w:r>
      <w:r>
        <w:rPr>
          <w:rFonts w:ascii="Arial" w:hAnsi="Arial" w:cs="Arial"/>
          <w:b w:val="0"/>
          <w:sz w:val="22"/>
          <w:rtl w:val="1"/>
          <w:szCs w:val="22"/>
        </w:rPr>
        <w:t>לכבות אורות / ללכת ברגל / לא לזרוק אוכל.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״כסף קל״ שעולה ביוקר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סביבה וצרכנות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כמה כסף הפסיד אורי? · </w:t>
      </w:r>
      <w:r>
        <w:rPr>
          <w:rFonts w:ascii="Arial" w:hAnsi="Arial" w:cs="Arial"/>
          <w:b w:val="0"/>
          <w:sz w:val="22"/>
          <w:rtl w:val="1"/>
          <w:szCs w:val="22"/>
        </w:rPr>
        <w:t>200 שקלים.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מה קורה לערך של מטבע דיגיטלי? · </w:t>
      </w:r>
      <w:r>
        <w:rPr>
          <w:rFonts w:ascii="Arial" w:hAnsi="Arial" w:cs="Arial"/>
          <w:b w:val="0"/>
          <w:sz w:val="22"/>
          <w:rtl w:val="1"/>
          <w:szCs w:val="22"/>
        </w:rPr>
        <w:t>עולה ויורד מהר.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למה דומות תיבות ההפתעה? · </w:t>
      </w:r>
      <w:r>
        <w:rPr>
          <w:rFonts w:ascii="Arial" w:hAnsi="Arial" w:cs="Arial"/>
          <w:b w:val="0"/>
          <w:sz w:val="22"/>
          <w:rtl w:val="1"/>
          <w:szCs w:val="22"/>
        </w:rPr>
        <w:t>למכונת מזל.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כמה כסף העביר אורי, ומאיפה? · </w:t>
      </w:r>
      <w:r>
        <w:rPr>
          <w:rFonts w:ascii="Arial" w:hAnsi="Arial" w:cs="Arial"/>
          <w:b w:val="0"/>
          <w:sz w:val="22"/>
          <w:rtl w:val="1"/>
          <w:szCs w:val="22"/>
        </w:rPr>
        <w:t>א. מאתיים שקלים מחיסכון בר המצווה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אומרת ליאת על מי שמבטיח רווח בטוח ומהיר? · </w:t>
      </w:r>
      <w:r>
        <w:rPr>
          <w:rFonts w:ascii="Arial" w:hAnsi="Arial" w:cs="Arial"/>
          <w:b w:val="0"/>
          <w:sz w:val="22"/>
          <w:rtl w:val="1"/>
          <w:szCs w:val="22"/>
        </w:rPr>
        <w:t>ב. שכמעט תמיד זו עקיצה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סימן אזהרה אחד: · </w:t>
      </w:r>
      <w:r>
        <w:rPr>
          <w:rFonts w:ascii="Arial" w:hAnsi="Arial" w:cs="Arial"/>
          <w:b w:val="0"/>
          <w:sz w:val="22"/>
          <w:rtl w:val="1"/>
          <w:szCs w:val="22"/>
        </w:rPr>
        <w:t>הבטחה לרווח בטוח / לחץ / סוד מההורים.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עושים אם הפסדתם? · </w:t>
      </w:r>
      <w:r>
        <w:rPr>
          <w:rFonts w:ascii="Arial" w:hAnsi="Arial" w:cs="Arial"/>
          <w:b w:val="0"/>
          <w:sz w:val="22"/>
          <w:rtl w:val="1"/>
          <w:szCs w:val="22"/>
        </w:rPr>
        <w:t>מספרים למבוגר.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״כתבת נוער זה לא תחביב – זו אחריות״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ראיון · כיתה ט׳ · חברה ומעורבות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בת כמה ליה? · </w:t>
      </w:r>
      <w:r>
        <w:rPr>
          <w:rFonts w:ascii="Arial" w:hAnsi="Arial" w:cs="Arial"/>
          <w:b w:val="0"/>
          <w:sz w:val="22"/>
          <w:rtl w:val="1"/>
          <w:szCs w:val="22"/>
        </w:rPr>
        <w:t>15.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על מה כתבה בכיתה ז׳? · </w:t>
      </w:r>
      <w:r>
        <w:rPr>
          <w:rFonts w:ascii="Arial" w:hAnsi="Arial" w:cs="Arial"/>
          <w:b w:val="0"/>
          <w:sz w:val="22"/>
          <w:rtl w:val="1"/>
          <w:szCs w:val="22"/>
        </w:rPr>
        <w:t>על הקפיטריה.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הכלל החשוב שלה? · </w:t>
      </w:r>
      <w:r>
        <w:rPr>
          <w:rFonts w:ascii="Arial" w:hAnsi="Arial" w:cs="Arial"/>
          <w:b w:val="0"/>
          <w:sz w:val="22"/>
          <w:rtl w:val="1"/>
          <w:szCs w:val="22"/>
        </w:rPr>
        <w:t>לכל עובדה צריך מקור.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על מה הייתה הכתבה הראשונה של ליה? · </w:t>
      </w:r>
      <w:r>
        <w:rPr>
          <w:rFonts w:ascii="Arial" w:hAnsi="Arial" w:cs="Arial"/>
          <w:b w:val="0"/>
          <w:sz w:val="22"/>
          <w:rtl w:val="1"/>
          <w:szCs w:val="22"/>
        </w:rPr>
        <w:t>א. על הקפיטריה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מהו הכלל החשוב ביותר שלמדה ליה מהעורך? · </w:t>
      </w:r>
      <w:r>
        <w:rPr>
          <w:rFonts w:ascii="Arial" w:hAnsi="Arial" w:cs="Arial"/>
          <w:b w:val="0"/>
          <w:sz w:val="22"/>
          <w:rtl w:val="1"/>
          <w:szCs w:val="22"/>
        </w:rPr>
        <w:t>ג. כל עובדה צריכה מקור, וכל טענה צריכה תגובה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עשתה כשטעתה? · </w:t>
      </w:r>
      <w:r>
        <w:rPr>
          <w:rFonts w:ascii="Arial" w:hAnsi="Arial" w:cs="Arial"/>
          <w:b w:val="0"/>
          <w:sz w:val="22"/>
          <w:rtl w:val="1"/>
          <w:szCs w:val="22"/>
        </w:rPr>
        <w:t>פרסמה תיקון והתנצלה.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זה להיות כתבת נוער לפי ליה? · </w:t>
      </w:r>
      <w:r>
        <w:rPr>
          <w:rFonts w:ascii="Arial" w:hAnsi="Arial" w:cs="Arial"/>
          <w:b w:val="0"/>
          <w:sz w:val="22"/>
          <w:rtl w:val="1"/>
          <w:szCs w:val="22"/>
        </w:rPr>
        <w:t>אחריות.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מהפסקה לפרויקט: נוער שמשנה את השכונה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חברה ומעורבות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 הקימו רותם ועדן? · </w:t>
      </w:r>
      <w:r>
        <w:rPr>
          <w:rFonts w:ascii="Arial" w:hAnsi="Arial" w:cs="Arial"/>
          <w:b w:val="0"/>
          <w:sz w:val="22"/>
          <w:rtl w:val="1"/>
          <w:szCs w:val="22"/>
        </w:rPr>
        <w:t>ספרייה בתחנת האוטובוס.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מה זה מיזם חברתי? · </w:t>
      </w:r>
      <w:r>
        <w:rPr>
          <w:rFonts w:ascii="Arial" w:hAnsi="Arial" w:cs="Arial"/>
          <w:b w:val="0"/>
          <w:sz w:val="22"/>
          <w:rtl w:val="1"/>
          <w:szCs w:val="22"/>
        </w:rPr>
        <w:t>פרויקט שעוזר לקהילה בלי להרוויח.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במה עוזרים ״המורים של יום שלישי״? · </w:t>
      </w:r>
      <w:r>
        <w:rPr>
          <w:rFonts w:ascii="Arial" w:hAnsi="Arial" w:cs="Arial"/>
          <w:b w:val="0"/>
          <w:sz w:val="22"/>
          <w:rtl w:val="1"/>
          <w:szCs w:val="22"/>
        </w:rPr>
        <w:t>בשיעורי בית ובקריאה.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איפה הוקמה ״ספריית המתנה״? · </w:t>
      </w:r>
      <w:r>
        <w:rPr>
          <w:rFonts w:ascii="Arial" w:hAnsi="Arial" w:cs="Arial"/>
          <w:b w:val="0"/>
          <w:sz w:val="22"/>
          <w:rtl w:val="1"/>
          <w:szCs w:val="22"/>
        </w:rPr>
        <w:t>ג. בתחנת האוטובוס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מהו מיזם חברתי לפי גיא? · </w:t>
      </w:r>
      <w:r>
        <w:rPr>
          <w:rFonts w:ascii="Arial" w:hAnsi="Arial" w:cs="Arial"/>
          <w:b w:val="0"/>
          <w:sz w:val="22"/>
          <w:rtl w:val="1"/>
          <w:szCs w:val="22"/>
        </w:rPr>
        <w:t>ג. פרויקט שמטרתו לפתור בעיה בקהילה ולא להרוויח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הכי קשה? · </w:t>
      </w:r>
      <w:r>
        <w:rPr>
          <w:rFonts w:ascii="Arial" w:hAnsi="Arial" w:cs="Arial"/>
          <w:b w:val="0"/>
          <w:sz w:val="22"/>
          <w:rtl w:val="1"/>
          <w:szCs w:val="22"/>
        </w:rPr>
        <w:t>להתמיד.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מי עוזר למיזם? · </w:t>
      </w:r>
      <w:r>
        <w:rPr>
          <w:rFonts w:ascii="Arial" w:hAnsi="Arial" w:cs="Arial"/>
          <w:b w:val="0"/>
          <w:sz w:val="22"/>
          <w:rtl w:val="1"/>
          <w:szCs w:val="22"/>
        </w:rPr>
        <w:t>מבוגר מלווה.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הבס בחזה, הצפצוף באוזן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מידעי · כיתה ט׳ · נפש ורגש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למה הופעה מרגשת? · </w:t>
      </w:r>
      <w:r>
        <w:rPr>
          <w:rFonts w:ascii="Arial" w:hAnsi="Arial" w:cs="Arial"/>
          <w:b w:val="0"/>
          <w:sz w:val="22"/>
          <w:rtl w:val="1"/>
          <w:szCs w:val="22"/>
        </w:rPr>
        <w:t>כי מרגישים שייכים.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במה מודדים עוצמת קול? · </w:t>
      </w:r>
      <w:r>
        <w:rPr>
          <w:rFonts w:ascii="Arial" w:hAnsi="Arial" w:cs="Arial"/>
          <w:b w:val="0"/>
          <w:sz w:val="22"/>
          <w:rtl w:val="1"/>
          <w:szCs w:val="22"/>
        </w:rPr>
        <w:t>בדציבלים.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עלול לקרות לאוזן? · </w:t>
      </w:r>
      <w:r>
        <w:rPr>
          <w:rFonts w:ascii="Arial" w:hAnsi="Arial" w:cs="Arial"/>
          <w:b w:val="0"/>
          <w:sz w:val="22"/>
          <w:rtl w:val="1"/>
          <w:szCs w:val="22"/>
        </w:rPr>
        <w:t>פגיעה בשמיעה.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כמה דציבלים היא שיחה רגילה בערך? · </w:t>
      </w:r>
      <w:r>
        <w:rPr>
          <w:rFonts w:ascii="Arial" w:hAnsi="Arial" w:cs="Arial"/>
          <w:b w:val="0"/>
          <w:sz w:val="22"/>
          <w:rtl w:val="1"/>
          <w:szCs w:val="22"/>
        </w:rPr>
        <w:t>ג. 60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פירוש עלייה של כ־10 דציבלים? · </w:t>
      </w:r>
      <w:r>
        <w:rPr>
          <w:rFonts w:ascii="Arial" w:hAnsi="Arial" w:cs="Arial"/>
          <w:b w:val="0"/>
          <w:sz w:val="22"/>
          <w:rtl w:val="1"/>
          <w:szCs w:val="22"/>
        </w:rPr>
        <w:t>ב. חזק פי עשרה בעוצמה הפיזיקלית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עושים בהופעה צפופה? (דבר אחד) · </w:t>
      </w:r>
      <w:r>
        <w:rPr>
          <w:rFonts w:ascii="Arial" w:hAnsi="Arial" w:cs="Arial"/>
          <w:b w:val="0"/>
          <w:sz w:val="22"/>
          <w:rtl w:val="1"/>
          <w:szCs w:val="22"/>
        </w:rPr>
        <w:t>מכירים יציאות / נקודת מפגש / שותים מים.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שמים באוזניים? · </w:t>
      </w:r>
      <w:r>
        <w:rPr>
          <w:rFonts w:ascii="Arial" w:hAnsi="Arial" w:cs="Arial"/>
          <w:b w:val="0"/>
          <w:sz w:val="22"/>
          <w:rtl w:val="1"/>
          <w:szCs w:val="22"/>
        </w:rPr>
        <w:t>אטמי אוזניים.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״אל תגידו לי שאני גיבורה. תגידו לי שאני טובה״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ראיון · כיתה ט׳ · נפש ורגש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 אביגיל ביקשה שישאלו אותה? · </w:t>
      </w:r>
      <w:r>
        <w:rPr>
          <w:rFonts w:ascii="Arial" w:hAnsi="Arial" w:cs="Arial"/>
          <w:b w:val="0"/>
          <w:sz w:val="22"/>
          <w:rtl w:val="1"/>
          <w:szCs w:val="22"/>
        </w:rPr>
        <w:t>מה היא אוהבת.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באיזה ספורט היא משחקת? · </w:t>
      </w:r>
      <w:r>
        <w:rPr>
          <w:rFonts w:ascii="Arial" w:hAnsi="Arial" w:cs="Arial"/>
          <w:b w:val="0"/>
          <w:sz w:val="22"/>
          <w:rtl w:val="1"/>
          <w:szCs w:val="22"/>
        </w:rPr>
        <w:t>כדורסל.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הכיסא בשבילה? · </w:t>
      </w:r>
      <w:r>
        <w:rPr>
          <w:rFonts w:ascii="Arial" w:hAnsi="Arial" w:cs="Arial"/>
          <w:b w:val="0"/>
          <w:sz w:val="22"/>
          <w:rtl w:val="1"/>
          <w:szCs w:val="22"/>
        </w:rPr>
        <w:t>הרגליים שלה.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באיזו שאלה רצתה המראיינת להתחיל? · </w:t>
      </w:r>
      <w:r>
        <w:rPr>
          <w:rFonts w:ascii="Arial" w:hAnsi="Arial" w:cs="Arial"/>
          <w:b w:val="0"/>
          <w:sz w:val="22"/>
          <w:rtl w:val="1"/>
          <w:szCs w:val="22"/>
        </w:rPr>
        <w:t>ג. מה הכי קשה לך?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הכיסא בשביל אביגיל? · </w:t>
      </w:r>
      <w:r>
        <w:rPr>
          <w:rFonts w:ascii="Arial" w:hAnsi="Arial" w:cs="Arial"/>
          <w:b w:val="0"/>
          <w:sz w:val="22"/>
          <w:rtl w:val="1"/>
          <w:szCs w:val="22"/>
        </w:rPr>
        <w:t>ב. הרגליים שלה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מעצבן אותה? (דבר אחד) · </w:t>
      </w:r>
      <w:r>
        <w:rPr>
          <w:rFonts w:ascii="Arial" w:hAnsi="Arial" w:cs="Arial"/>
          <w:b w:val="0"/>
          <w:sz w:val="22"/>
          <w:rtl w:val="1"/>
          <w:szCs w:val="22"/>
        </w:rPr>
        <w:t>כשמדברים עם אמא במקומה / כשקוראים לה גיבורה.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זו נגישות לפי אביגיל? · </w:t>
      </w:r>
      <w:r>
        <w:rPr>
          <w:rFonts w:ascii="Arial" w:hAnsi="Arial" w:cs="Arial"/>
          <w:b w:val="0"/>
          <w:sz w:val="22"/>
          <w:rtl w:val="1"/>
          <w:szCs w:val="22"/>
        </w:rPr>
        <w:t>זכות.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אחי, זה מטורף: למה כל דור ממציא שפה משלו?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מידעי · כיתה ט׳ · זהות ותרבות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 זה סלנג? · </w:t>
      </w:r>
      <w:r>
        <w:rPr>
          <w:rFonts w:ascii="Arial" w:hAnsi="Arial" w:cs="Arial"/>
          <w:b w:val="0"/>
          <w:sz w:val="22"/>
          <w:rtl w:val="1"/>
          <w:szCs w:val="22"/>
        </w:rPr>
        <w:t>שפה לא רשמית של קבוצה.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מאיזו שפה הגיעה ״סבבה״? · </w:t>
      </w:r>
      <w:r>
        <w:rPr>
          <w:rFonts w:ascii="Arial" w:hAnsi="Arial" w:cs="Arial"/>
          <w:b w:val="0"/>
          <w:sz w:val="22"/>
          <w:rtl w:val="1"/>
          <w:szCs w:val="22"/>
        </w:rPr>
        <w:t>מערבית.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למה בני נוער ממציאים סלנג? · </w:t>
      </w:r>
      <w:r>
        <w:rPr>
          <w:rFonts w:ascii="Arial" w:hAnsi="Arial" w:cs="Arial"/>
          <w:b w:val="0"/>
          <w:sz w:val="22"/>
          <w:rtl w:val="1"/>
          <w:szCs w:val="22"/>
        </w:rPr>
        <w:t>כדי להרגיש שייכים.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מה המקור של המילה ״סבבה״ לפי הטקסט? · </w:t>
      </w:r>
      <w:r>
        <w:rPr>
          <w:rFonts w:ascii="Arial" w:hAnsi="Arial" w:cs="Arial"/>
          <w:b w:val="0"/>
          <w:sz w:val="22"/>
          <w:rtl w:val="1"/>
          <w:szCs w:val="22"/>
        </w:rPr>
        <w:t>ג. ערבית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למה בני נוער ממציאים סלנג? · </w:t>
      </w:r>
      <w:r>
        <w:rPr>
          <w:rFonts w:ascii="Arial" w:hAnsi="Arial" w:cs="Arial"/>
          <w:b w:val="0"/>
          <w:sz w:val="22"/>
          <w:rtl w:val="1"/>
          <w:szCs w:val="22"/>
        </w:rPr>
        <w:t>ג. כדי לסמן שייכות וזהות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האם הסלנג הורס את העברית לפי הבלשנים? · </w:t>
      </w:r>
      <w:r>
        <w:rPr>
          <w:rFonts w:ascii="Arial" w:hAnsi="Arial" w:cs="Arial"/>
          <w:b w:val="0"/>
          <w:sz w:val="22"/>
          <w:rtl w:val="1"/>
          <w:szCs w:val="22"/>
        </w:rPr>
        <w:t>לא.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איפה לא כותבים סלנג? · </w:t>
      </w:r>
      <w:r>
        <w:rPr>
          <w:rFonts w:ascii="Arial" w:hAnsi="Arial" w:cs="Arial"/>
          <w:b w:val="0"/>
          <w:sz w:val="22"/>
          <w:rtl w:val="1"/>
          <w:szCs w:val="22"/>
        </w:rPr>
        <w:t>במכתב למנהלת / בעבודה.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שאלה אחת, חצי שנה, ומה שלמדתי בדרך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עתיד ובחירות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 רצה עמית לחקור בהתחלה? · </w:t>
      </w:r>
      <w:r>
        <w:rPr>
          <w:rFonts w:ascii="Arial" w:hAnsi="Arial" w:cs="Arial"/>
          <w:b w:val="0"/>
          <w:sz w:val="22"/>
          <w:rtl w:val="1"/>
          <w:szCs w:val="22"/>
        </w:rPr>
        <w:t>חלל.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מה צריכה להיות שאלת חקר? · </w:t>
      </w:r>
      <w:r>
        <w:rPr>
          <w:rFonts w:ascii="Arial" w:hAnsi="Arial" w:cs="Arial"/>
          <w:b w:val="0"/>
          <w:sz w:val="22"/>
          <w:rtl w:val="1"/>
          <w:szCs w:val="22"/>
        </w:rPr>
        <w:t>ממוקדת.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גילתה נוי? · </w:t>
      </w:r>
      <w:r>
        <w:rPr>
          <w:rFonts w:ascii="Arial" w:hAnsi="Arial" w:cs="Arial"/>
          <w:b w:val="0"/>
          <w:sz w:val="22"/>
          <w:rtl w:val="1"/>
          <w:szCs w:val="22"/>
        </w:rPr>
        <w:t>שהמתכונים נשארו.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מה אמרה המנחה על ״חלל״ כנושא? · </w:t>
      </w:r>
      <w:r>
        <w:rPr>
          <w:rFonts w:ascii="Arial" w:hAnsi="Arial" w:cs="Arial"/>
          <w:b w:val="0"/>
          <w:sz w:val="22"/>
          <w:rtl w:val="1"/>
          <w:szCs w:val="22"/>
        </w:rPr>
        <w:t>ג. שזו לא שאלת חקר, זו ספרייה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חקר עמית בסוף? · </w:t>
      </w:r>
      <w:r>
        <w:rPr>
          <w:rFonts w:ascii="Arial" w:hAnsi="Arial" w:cs="Arial"/>
          <w:b w:val="0"/>
          <w:sz w:val="22"/>
          <w:rtl w:val="1"/>
          <w:szCs w:val="22"/>
        </w:rPr>
        <w:t>ג. השפעת תאורת הרחוב על מספר הכוכבים הנראים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מה עשה אלמוג כשהשאלון לא הצליח? · </w:t>
      </w:r>
      <w:r>
        <w:rPr>
          <w:rFonts w:ascii="Arial" w:hAnsi="Arial" w:cs="Arial"/>
          <w:b w:val="0"/>
          <w:sz w:val="22"/>
          <w:rtl w:val="1"/>
          <w:szCs w:val="22"/>
        </w:rPr>
        <w:t>שינה שיטה.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מציל עבודות? · </w:t>
      </w:r>
      <w:r>
        <w:rPr>
          <w:rFonts w:ascii="Arial" w:hAnsi="Arial" w:cs="Arial"/>
          <w:b w:val="0"/>
          <w:sz w:val="22"/>
          <w:rtl w:val="1"/>
          <w:szCs w:val="22"/>
        </w:rPr>
        <w:t>יומן חקר.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מכתב לעצמי – לפתוח בעוד עשר שנים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סיפור קצר · כיתה ט׳ · עתיד ובחירות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למי שחר כותבת מכתב? · </w:t>
      </w:r>
      <w:r>
        <w:rPr>
          <w:rFonts w:ascii="Arial" w:hAnsi="Arial" w:cs="Arial"/>
          <w:b w:val="0"/>
          <w:sz w:val="22"/>
          <w:rtl w:val="1"/>
          <w:szCs w:val="22"/>
        </w:rPr>
        <w:t>לעצמה, בעוד עשר שנים.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בין אילו מגמות היא מתלבטת? · </w:t>
      </w:r>
      <w:r>
        <w:rPr>
          <w:rFonts w:ascii="Arial" w:hAnsi="Arial" w:cs="Arial"/>
          <w:b w:val="0"/>
          <w:sz w:val="22"/>
          <w:rtl w:val="1"/>
          <w:szCs w:val="22"/>
        </w:rPr>
        <w:t>ביולוגיה וקולנוע.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הכי חשוב לה לשאול? · </w:t>
      </w:r>
      <w:r>
        <w:rPr>
          <w:rFonts w:ascii="Arial" w:hAnsi="Arial" w:cs="Arial"/>
          <w:b w:val="0"/>
          <w:sz w:val="22"/>
          <w:rtl w:val="1"/>
          <w:szCs w:val="22"/>
        </w:rPr>
        <w:t>אם היא שמחה.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מתי תקרא שחר את המכתב? · </w:t>
      </w:r>
      <w:r>
        <w:rPr>
          <w:rFonts w:ascii="Arial" w:hAnsi="Arial" w:cs="Arial"/>
          <w:b w:val="0"/>
          <w:sz w:val="22"/>
          <w:rtl w:val="1"/>
          <w:szCs w:val="22"/>
        </w:rPr>
        <w:t>ב. בעוד עשר שנים, בגיל 25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בין אילו מגמות מתלבטת שחר? · </w:t>
      </w:r>
      <w:r>
        <w:rPr>
          <w:rFonts w:ascii="Arial" w:hAnsi="Arial" w:cs="Arial"/>
          <w:b w:val="0"/>
          <w:sz w:val="22"/>
          <w:rtl w:val="1"/>
          <w:szCs w:val="22"/>
        </w:rPr>
        <w:t>ג. ביולוגיה וקולנוע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ממה היא מפחדת? (דבר אחד) · </w:t>
      </w:r>
      <w:r>
        <w:rPr>
          <w:rFonts w:ascii="Arial" w:hAnsi="Arial" w:cs="Arial"/>
          <w:b w:val="0"/>
          <w:sz w:val="22"/>
          <w:rtl w:val="1"/>
          <w:szCs w:val="22"/>
        </w:rPr>
        <w:t>לשכוח מי היא / להיות עסוקה מדי לסבתא.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היא הבטיחה? (דבר אחד) · </w:t>
      </w:r>
      <w:r>
        <w:rPr>
          <w:rFonts w:ascii="Arial" w:hAnsi="Arial" w:cs="Arial"/>
          <w:b w:val="0"/>
          <w:sz w:val="22"/>
          <w:rtl w:val="1"/>
          <w:szCs w:val="22"/>
        </w:rPr>
        <w:t>להיות אמיצה / להמשיך לצייר / להיות טובה.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📺 עוד פרק אחד, ועוד אחד…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טור דעה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טור דעה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📺 עוד פרק אחד, ועוד אחד…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הכותב צפה בסדרה עד אחת בלילה, ולמחרת נרדם בשיעור. הוא שאל: מי מחליט כמה אני צופה – אני או המסך?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הוא אוהב סדרות: הן מצחיקות, מרגשות ומלמדות. אבל הן גם משפיעות עלינו.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בסדרות, בני נוער כמעט תמיד יפים ועשירים. הרבה אנשים לא מופיעים בכלל. ואז החיים שלנו נראים פחות מעניינים.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הסדרות בנויות כך שנרצה לראות עוד: הפרק נגמר במתח, והפרק הבא מתחיל לבד.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הכללים של הכותב: להחליט מראש כמה פרקים, לשאול ״מי חסר?״, ולכבות את ההפעלה האוטומטית.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סטרימינג – צפייה בסרטים ובסדרות דרך האינטרנט, מתי שרוצים · לעצב – לתת צורה, להשפיע על איך משהו נראה · פריפריה – אזורים רחוקים ממרכז הארץ · נורמה – מה שנחשב רגיל ומקובל · מזלזל – שלא מכבד · צוק תלוי – סוף של פרק במקום מותח, כדי שנרצה להמשיך · התראות – הודעות קופצות שמזכירות לנו משהו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נרדם     אוהב     עשירים     מתח     להחליט     לבד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קרה לכותב בשיעור?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האם הכותב אוהב סדרות?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איך נראים בני נוער בסדרות?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מה קרה לכותב אחרי לילה של פרקים?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קיבל ציון טוב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הפסיק לצפות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נרדם בשיעור מתמטיקה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מה, לפי הכותב, הסדרות מלמדות ״בשקט״?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איך ״אמור״ להיראות העולם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מתמטיקה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שפה זרה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קשה לעצור?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הכלל הראשון של הכותב?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״עוד פרק אחד, ועוד אחד…״?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🌡️ כדור הארץ מתחמם – ומה אנחנו יכולים לעשות?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מדעי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טקסט מדעי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🌡️ כדור הארץ מתחמם – ומה אנחנו יכולים לעשות?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סביב כדור הארץ יש גזים שפועלים כמו שמיכה. הם שומרים על החום. זה טבעי וחשוב.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בני האדם שורפים פחם, נפט וגז. כך נוספים עוד גזים, והשמיכה נהיית עבה. כדור הארץ מתחמם.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ההתחממות גורמת לקרחונים להימס, לגלי חום, לבצורות ולשיטפונות.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גם בישראל: קיצים חמים יותר וגשמים חזקים בבת אחת.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מה אפשר לעשות? לכבות אורות, ללכת ברגל, לא לזרוק אוכל, ולהקים ועדה ירוקה בבית הספר.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אטמוספרה – שכבת האוויר שמסביב לכדור הארץ · אפקט החממה – לכידת חום על ידי גזים באטמוספרה · המהפכה התעשייתית – התקופה שבה התחילו לייצר במכונות ובמפעלים · מפלס הים – הגובה של פני הים · בצורת – תקופה ארוכה בלי גשם · אנרגיה מתחדשת – אנרגיה ממקורות שלא נגמרים, כמו שמש ורוח · לצמצם – להקטין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שמיכה     שורפים     נמסים     חמים     לכבות     אוכל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משולים גזי החממה?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גורם להתחממות?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קורה לקרחונים?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משמשים גזי החממה בטקסט?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לשמיכה שלוכדת חום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למראה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לענן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גורם לשמיכה ״להתעבות״?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השמש מתחזקת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שריפת פחם, נפט וגז, כריתת יערות ומשקים גדולים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הירח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קורה בישראל?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אפשר לעשות? (דבר אחד)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״כדור הארץ מתחמם – ומה אנחנו יכולים לעשות?״?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🎰 ״כסף קל״ שעולה ביוקר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כתבה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🎰 ״כסף קל״ שעולה ביוקר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אורי ראה סרטון: ״תרוויחו הרבה כסף מהר!״ הוא שם 200 שקלים במטבע דיגיטלי. אחרי שבועיים הכסף נעלם.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מטבע דיגיטלי הוא כסף וירטואלי. הערך שלו עולה ויורד מהר. זה מסוכן. מי שמבטיח רווח מהיר – כנראה רמאי.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במשחקים יש ״תיבות הפתעה״ שקונים בכסף אמיתי. זה דומה להימורים.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סימני אזהרה: הבטחה לרווח בטוח, לחץ להחליט עכשיו, בקשה לשמור סוד מההורים.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אם הפסדתם – מספרים למבוגר. אין קיצורי דרך: עובדים, חוסכים ומתכננים.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וירטואלי – שקיים במחשב או ברשת, לא בעולם הפיזי · סיכון – אפשרות להפסיד או להיפגע · עקיצה – תרמית שבה גונבים כסף בעורמה · פיננסי – שקשור לכסף · מכונת מזל – מכונת הימורים שבה הזכייה במקרה · הונאה – רמאות, תרמית · קיצור דרך – דרך מהירה יותר להגיע למטרה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שקלים     מהר     מכונת מזל     סוד     לספר     לחסוך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כמה כסף הפסיד אורי?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קורה לערך של מטבע דיגיטלי?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דומות תיבות ההפתעה?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כמה כסף העביר אורי, ומאיפה?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מאתיים שקלים מחיסכון בר המצווה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מאה שקלים מדמי כיס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אלף שקלים מעבודה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אומרת ליאת על מי שמבטיח רווח בטוח ומהיר?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שהוא מומחה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שכמעט תמיד זו עקיצה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שכדאי להקשיב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סימן אזהרה אחד: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עושים אם הפסדתם?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״״כסף קל״ שעולה ביוקר״?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📰 ״כתבת נוער זה לא תחביב – זו אחריות״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ראיון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ראיון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📰 ״כתבת נוער זה לא תחביב – זו אחריות״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ליה בת 15 וכותבת כתבות לעיתון אזורי. בכיתה ז׳ כתבה כתבה על הקפיטריה – ואחריה הוסיפו סלטים.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היא כותבת על נושאים של בני נוער באזור, למשל על האוטובוס האחרון שיוצא מוקדם מדי.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הכלל החשוב שלה: לכל עובדה צריך מקור, ולכל טענה צריך לשאול את הצד השני.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פעם טעתה בשם של מאמן. היא פרסמה תיקון והתנצלה. לדבריה, תיקון טעויות בונה אמון.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העצה שלה: להתחיל בעיתון בית הספר, ולזכור שזו אחריות.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לכסות (נושא) – לכתוב ולדווח על נושא מסוים · מועצה – הגוף שמנהל יישוב או אזור · מקור – מי או מה שממנו מגיע המידע · עורך – מי שקורא, בודק ומתקן כתבות לפני פרסום · להתעקש – לא לוותר, לעמוד על שלך · מבוסס – שיש לו הוכחה · אמון – תחושה שאפשר לסמוך על מישהו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קפיטריה     מקור     תיקון     התנצלה     אחריות     אמון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בת כמה ליה?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על מה כתבה בכיתה ז׳?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הכלל החשוב שלה?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על מה הייתה הכתבה הראשונה של ליה?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על הקפיטריה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על ספורט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על מורה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מהו הכלל החשוב ביותר שלמדה ליה מהעורך?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לכתוב מהר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לכתוב קצר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כל עובדה צריכה מקור, וכל טענה צריכה תגובה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עשתה כשטעתה?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זה להיות כתבת נוער לפי ליה?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״״כתבת נוער זה לא תחביב – זו אחריות״״?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🌱 מהפסקה לפרויקט: נוער שמשנה את השכונה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כתבה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🌱 מהפסקה לפרויקט: נוער שמשנה את השכונה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רותם ועדן ראו שבתחנת האוטובוס כולם בטלפון. הן אספו ספרים ובנו ״ספריית המתנה״. לוקחים ספר ומחזירים ספר.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מיזם חברתי: פרויקט שעוזר לקהילה, לא כדי להרוויח כסף.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שמונה תלמידי ט׳ עוזרים לילדים קטנים בשיעורי בית ובקריאה, בחינם, פעמיים בשבוע.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הכי קשה – להמשיך לאורך זמן. הם בנו לוח תורנויות ונפגשים גם לכיף.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צריך גם מבוגר שעוזר. והמתנדבים למדו הרבה: לנהל, לדבר מול מבוגרים, ולגלות מה הם אוהבים.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מיזם חברתי – פרויקט שמטרתו לעזור לקהילה ולא להרוויח כסף · עמותה – ארגון שפועל למען מטרה חברתית בלי מטרת רווח · לממן – לשלם על משהו · מייסד – מי שהקים משהו · התמדה – להמשיך לעשות משהו לאורך זמן, גם כשקשה · תורנות – חלוקה של משמרות ותפקידים לפי תור · לדעוך – להיחלש לאט לאט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ספרייה     לקהילה     קריאה     להתמיד     מבוגר     תחנה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הקימו רותם ועדן?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זה מיזם חברתי?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במה עוזרים ״המורים של יום שלישי״?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איפה הוקמה ״ספריית המתנה״?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בבית הספר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בקניון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בתחנת האוטובוס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מהו מיזם חברתי לפי גיא?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עסק שמרוויח הרבה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חוג אחר הצהריים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פרויקט שמטרתו לפתור בעיה בקהילה ולא להרוויח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הכי קשה?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מי עוזר למיזם?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״מהפסקה לפרויקט: נוער שמשנה את השכונה״?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🎧 הבס בחזה, הצפצוף באוזן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מידעי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טקסט מידעי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🎧 הבס בחזה, הצפצוף באוזן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הופעה חיה מרגשת: הקהל שר יחד, ומרגישים שייכים.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את עוצמת הקול מודדים בדציבלים. שיחה – 60. הופעה – לפעמים יותר מ־100. זה חזק מאוד.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רעש חזק יכול לפגוע בתאים באוזן. צפצוף אחרי הופעה הוא סימן אזהרה.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בהופעה צפופה: מכירים את היציאות, קובעים נקודת מפגש, שותים מים.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איך נהנים בחוכמה? אטמי אוזניים, לעמוד רחוק מהרמקולים, הפסקות, ולתכנן איך חוזרים הביתה.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דציבל – יחידה למדידת עוצמת קול · סואנת – רועשת מאוד · אות – סימן שמעביר מידע · עמום – לא ברור, חלש · חוזרת ונשנית – שקורה שוב ושוב · צפיפות – הרבה אנשים במקום קטן · אטמי אוזניים – פקקים קטנים שמכניסים לאוזן כדי להנמיך רעש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שייכים     דציבלים     שמיעה     יציאות     אטמים     רמקולים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הופעה מרגשת?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במה מודדים עוצמת קול?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עלול לקרות לאוזן?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כמה דציבלים היא שיחה רגילה בערך?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30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100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60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פירוש עלייה של כ־10 דציבלים?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קצת יותר חזק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חזק פי עשרה בעוצמה הפיזיקלית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חזק פי שניים בדיוק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עושים בהופעה צפופה? (דבר אחד)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שמים באוזניים?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״הבס בחזה, הצפצוף באוזן״?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♿ ״אל תגידו לי שאני גיבורה. תגידו לי שאני טובה״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ראיון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ראיון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♿ ״אל תגידו לי שאני גיבורה. תגידו לי שאני טובה״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המראיינת רצתה לשאול את אביגיל ״מה הכי קשה לך?״. אביגיל ביקשה: ״תשאלי מה אני אוהבת.״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אביגיל אוהבת כדורסל, מוזיקה, ספרי מתח, פיצה ומתמטיקה. יש לה חתולה בשם פיתה.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היא מתניידת בכיסא גלגלים. לדבריה, הכיסא הוא הרגליים שלה. מה שמגביל אותה הוא העולם: מדרגות, מעלית מקולקלת.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מעצבן אותה כשמדברים עם אמא שלה במקום איתה, וכשקוראים לה ״גיבורה״ רק כי יצאה מהבית.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היא אומרת: מותר לשאול, בלי רחמים. נגישות היא זכות, ועולם נגיש טוב לכולם.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מתניידת – זזה ממקום למקום · מגבלה – דבר שמונע או מקשה לעשות משהו · טורניר – תחרות עם הרבה משחקים וקבוצות · אגרסיבי – חזק ותוקפני (כאן: בספורט) · נגיש – שכל אחד יכול להגיע אליו ולהשתמש בו · רמפה – משטח משופע במקום מדרגות · רחמים – צער על מישהו שנראה חלש (לפעמים בהתנשאות)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אוהבת     כדורסל     רגליים     גיבורה     זכות     לכולם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אביגיל ביקשה שישאלו אותה?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באיזה ספורט היא משחקת?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הכיסא בשבילה?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באיזו שאלה רצתה המראיינת להתחיל?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מה את אוהבת?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איך קוראים לחתולה?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מה הכי קשה לך?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הכיסא בשביל אביגיל?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מגבלה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הרגליים שלה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בעיה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מעצבן אותה? (דבר אחד)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זו נגישות לפי אביגיל?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״״אל תגידו לי שאני גיבורה. תגידו לי שאני טובה״״?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🗣️ אחי, זה מטורף: למה כל דור ממציא שפה משלו?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מידעי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טקסט מידעי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🗣️ אחי, זה מטורף: למה כל דור ממציא שפה משלו?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סלנג הוא שפה לא רשמית של קבוצה. בעברית יש מילות סלנג מערבית, מאנגלית ומיידיש, כמו ״סבבה״.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בני נוער ממציאים סלנג כדי להרגיש שייכים, ושונים מההורים.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מילים חדשות נולדות מקיצורים, ממשמעות חדשה, משפות אחרות ומבדיחות של חברים.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בלשנים אומרים: הסלנג לא הורס את העברית. אבל צריך לדעת מתי להשתמש בו – לא במכתב למנהלת.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יש סלנג שפוגע באנשים. אפשר לבחור מילים שמחברות ולא פוגעות.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סלנג (עגה) – שפה לא רשמית של קבוצה מסוימת · נשאלו – נלקחו (מילים) משפה אחרת · שייכות – הרגשה של להיות חלק מקבוצה · בלשן – חוקר שפה · משלב – רמת לשון: גבוהה, רגילה או דיבורית · לעג – צחוק על מישהו כדי להקטין אותו · לזלזל – לא לכבד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קבוצה     ערבית     שייכים     לא     מכתב     משלב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זה סלנג?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מאיזו שפה הגיעה ״סבבה״?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בני נוער ממציאים סלנג?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המקור של המילה ״סבבה״ לפי הטקסט?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אנגלית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יידיש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ערבית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בני נוער ממציאים סלנג?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כדי לבלבל מורים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כי אינם יודעים עברית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כדי לסמן שייכות וזהות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האם הסלנג הורס את העברית לפי הבלשנים?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איפה לא כותבים סלנג?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״אחי, זה מטורף: למה כל דור ממציא שפה משלו?״?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🔬 שאלה אחת, חצי שנה, ומה שלמדתי בדרך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כתבה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כתבה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🔬 שאלה אחת, חצי שנה, ומה שלמדתי בדרך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עמית רצה לחקור ״חלל״. המנחה אמרה: זו לא שאלה, זו ספרייה. שאלת חקר צריכה להיות ממוקדת.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עמית שאל: האם האורות בשכונה משפיעים על מספר הכוכבים שרואים? הוא ספר כוכבים חודשיים.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נוי חקרה מנהגים במשפחה בשלושה דורות. היא גילתה שהמתכונים נשארו.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לאלמוג רק תשעה תלמידים החזירו שאלון. הוא שינה שיטה, וכתב מה למד מהכישלון.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השלבים: שאלה ממוקדת, קריאה, שיטה, איסוף נתונים, ניתוח ומסקנות. וחשוב: יומן חקר ואמת.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חקר – בדיקה מסודרת כדי למצוא תשובה לשאלה · ממוקדת – שמתמקדת בדבר אחד ברור · לחדד – לעשות חד וברור יותר · ארכיון – מקום שבו שומרים מסמכים וזיכרונות מהעבר · ממצאים – מה שמגלים במחקר · נתונים – מידע שנאסף, לרוב מספרים · כנות – אמת, יושר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חלל     ממוקדת     מתכונים     שיטה     יומן     כוכבים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רצה עמית לחקור בהתחלה?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צריכה להיות שאלת חקר?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גילתה נוי?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אמרה המנחה על ״חלל״ כנושא?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שזה מצוין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שזה קל מדי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שזו לא שאלת חקר, זו ספרייה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חקר עמית בסוף?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כוכבי לכת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טלסקופים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השפעת תאורת הרחוב על מספר הכוכבים הנראים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עשה אלמוג כשהשאלון לא הצליח?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מציל עבודות?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״שאלה אחת, חצי שנה, ומה שלמדתי בדרך״?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✉️ מכתב לעצמי – לפתוח בעוד עשר שנים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סיפור קצר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סיפור קצר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✉️ מכתב לעצמי – לפתוח בעוד עשר שנים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המחנכת חילקה מעטפות. כל תלמיד כתב מכתב לעצמו – לקרוא בעוד עשר שנים.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שחר כתבה לעצמה בגיל 25. היא מספרת שהיא בת 15 ומתלבטת בין מגמת ביולוגיה לקולנוע.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היא שואלת את עצמה: את עדיין מציירת? את שמחה? לא ״מצליחה״ – שמחה.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היא מדמיינת את העתיד: מקצועות חדשים, אולי מכוניות שנוסעות לבד. היא מפחדת לשכוח מי היא.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היא מבטיחה: להיות אמיצה, להגיד ״טעיתי״, להמשיך לצייר ולהיות טובה לאנשים.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מעטפה – שקית נייר שמכניסים לתוכה מכתב · לפנות – לדבר או לכתוב אל מישהו · פצעון – נקודה אדומה קטנה על העור · מתלבטת – לא יודעת מה להחליט · לדמיין – לראות בראש משהו שלא קיים עכשיו · אמיצה – שיש לה אומץ · אלון התבור – עץ ארצישראלי גדול ועתיק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לעצמה     ביולוגיה     שמחה     סבתא     אמיצה     לצייר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למי שחר כותבת מכתב?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בין אילו מגמות היא מתלבטת?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הכי חשוב לה לשאול?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מתי תקרא שחר את המכתב?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מחר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בעוד עשר שנים, בגיל 25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בסוף השנה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בין אילו מגמות מתלבטת שחר?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מתמטיקה ופיזיקה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אמנות ומוזיקה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ביולוגיה וקולנוע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ממה היא מפחדת? (דבר אחד)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היא הבטיחה? (דבר אחד)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״מכתב לעצמי – לפתוח בעוד עשר שנים״?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חוברת 3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3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